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תשבץ מושגים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מפתח בנושא זכויות וחובות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במונחים כמו זכות, חובה, הפליה ונגישות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המושג להגדרתו ולדוגמה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אפשרות לכולם להגיע ולהשתתף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החינוך הוא זכות יסוד הפותחת דלתות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הפליה אסורה – לכל ילד מגיע יחס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מוגדרת הזכות לפרטיות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חובה היא לשמור על הזכויות של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נגישות חשובה לכל אדם, כולל ילדים עם מוגבלות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נגישות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(דבר שמגיע לכל ילד וילדה)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(שמירה על הזכויות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(יחס לא שווה בגלל מוצא או מוגבלות)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(אותן הזדמנויות לכולם)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(שמירה על מידע אישי)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יבחר/תבחר זכות כמו חינוך, פנאי או פרטיות ויסביר/תסביר בקצרה את החשיבות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תכלול הסבר על כבוד, ביטחון ושוויון הזדמנויות לכל ילד וילדה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אמנה היא הסכם בין מדינות על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הפליה היא יחס לא שווה; היא אסורה כי כל ילד שווה בזכויותיו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מגיעה לי, חובה היא מה שעלי לעשות כדי לשמור על זכויות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התשבץ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המושגים בעל פה לפני 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לדיון כיתתי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תשבץ מושגים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המושגים המופיעים בתשבץ על זכויות הילד – כמו חינוך, פרטיות, נגישות והפליה.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לזמן חופשי למשחק ולתחביבים?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נקרא המסמך שמדינות רבות הסכימו עליו לגבי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חוזה שכירות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הזכות להשמיע קול ולקחת חלק בהחלטות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מ'הפליה'?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נגישות פירושה: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אפשרות לכולם להגיע ולהשתתף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שמירה על מידע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חופשי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הסכם בין מדינות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לחינוך.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להפלות ילד בגלל מוצאו או מינו.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פרטיות היא הזכות לשמור מידע אישי לעצמי.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היא זכות שמגיעה רק 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נגישות חשובה רק למבוגרים.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מסמך שמדינות רבות הסכימו עליו לגבי זכויות הילד.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ל__________ פותחת דלתות לעתיד.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ילד זכאי ל__________ מפני פגיעה והזנחה.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שם, משפחה, שפה ותרבות הם חלק מה__________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מאפשרת לכל אחד להגיע ולהשתתף.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אותן הזדמנויות לכולם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יחס לא שווה בגלל מוצא או מוגבלות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שמירה על מידע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שמירה על הזכויות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שמגיע לכל ילד וילדה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אחת לזכות שחשובה לכם במיוחד, והסבירו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שלכל ילד תהיה זכות לפרטיות ולנגישות? כתבו פסקה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אמנה בהקשר של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להפליה ולמה היא אסורה.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לחובה?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 – תשבץ מושגים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