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בנושא זכויות וחובות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כמו זכות, חובה, הפליה ונגישות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המושג להגדרתו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אפשרות לכולם להגיע ולהשתתף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הפותחת דלתות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הפליה אסורה – לכל ילד מגיע יחס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הזכות לפרטיות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חובה היא לשמור על הזכויות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נגישות חשובה לכל אדם, כולל ילדים עם מוגבלות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שמגיע לכל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(שמירה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(יחס לא שווה בגלל מוצא או מוגבלות)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(אותן הזדמנויות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(שמירה על מידע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זכות כמו חינוך, פנאי או פרטיות ויסביר/תסביר בקצרה את החשיבות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תכלול הסבר על כבוד, ביטחון ושוויון הזדמנויות לכל ילד וילדה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אמנה היא הסכם בין מדינות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היא יחס לא שווה; היא אסורה כי כל ילד שווה בזכויותיו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לי, חובה היא מה שעלי לעשות כדי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המושגים בעל פה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תשבץ 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זכויות של ילדים, כמו חינוך, פרטיות ושוויון.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צריך לעשות כדי לשמור על זכויות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בגלל מוצא, מין או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של כל אחד להגיע ולהשתתף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מידע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חלק ולהשמיע דעה בהחלטות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מפני פגיעה, הזנחה או ניצול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לזמן חופשי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למסמך הבינלאומי לזכויות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שכירות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לזכות להביע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ההפוכה מהפליה?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אפשרות לכולם להגיע ולהשתתף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 על מידע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חופשי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בין מדינות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מוצאו או מינו.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פרטיות היא הזכות לשמור מידע אישי לעצמי.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היא זכות שמגיעה רק 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חשובה רק למבוגרים.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מסמך שמדינות רבות הסכימו עליו לגבי זכויות הילד.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פותחת דלתות לעתיד.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זכאי ל__________ מפני פגיעה והזנחה.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שם, משפחה, שפה ותרבות הם חלק מה__________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מאפשרת לכל אחד להגיע ולהשתתף.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יחס לא שווה בגלל מוצא או מוגבלות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אותן הזדמנויות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 על הזכויות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מידע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שמגיע לכל ילד וילדה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לזכות שחשובה לכם במיוחד,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שלכל ילד תהיה זכות לפרטיות ולנגישות? כתבו פסקה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אמנה בהקשר של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להפליה ולמה היא אסורה.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תשבץ 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